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780DB" w14:textId="77777777" w:rsidR="00D41E96" w:rsidRDefault="00000000">
      <w:pPr>
        <w:spacing w:after="40"/>
        <w:jc w:val="center"/>
      </w:pPr>
      <w:r>
        <w:rPr>
          <w:b/>
          <w:sz w:val="32"/>
        </w:rPr>
        <w:t>APM SHOOTING RANGE</w:t>
      </w:r>
    </w:p>
    <w:p w14:paraId="74073EA7" w14:textId="2930239A" w:rsidR="00D41E96" w:rsidRDefault="00000000">
      <w:pPr>
        <w:spacing w:after="40"/>
        <w:jc w:val="center"/>
      </w:pPr>
      <w:r>
        <w:rPr>
          <w:sz w:val="19"/>
        </w:rPr>
        <w:t xml:space="preserve">Mchowo 62, 06-300 </w:t>
      </w:r>
      <w:r w:rsidR="00F359C3">
        <w:rPr>
          <w:sz w:val="19"/>
        </w:rPr>
        <w:t>Przasnysz</w:t>
      </w:r>
    </w:p>
    <w:p w14:paraId="54FB787D" w14:textId="77777777" w:rsidR="00D41E96" w:rsidRDefault="00000000">
      <w:pPr>
        <w:jc w:val="center"/>
      </w:pPr>
      <w:r>
        <w:rPr>
          <w:color w:val="5A5A5A"/>
          <w:sz w:val="17"/>
        </w:rPr>
        <w:t>KRS 0001205438  •  NIP 7611574509  •  REGON 543251434</w:t>
      </w:r>
    </w:p>
    <w:p w14:paraId="4E4A3BEF" w14:textId="77777777" w:rsidR="00D41E96" w:rsidRDefault="00000000">
      <w:pPr>
        <w:jc w:val="center"/>
      </w:pPr>
      <w:r>
        <w:rPr>
          <w:b/>
          <w:sz w:val="30"/>
        </w:rPr>
        <w:t>WNIOSEK O PRZYJĘCIE W POCZET CZŁONKÓW</w:t>
      </w:r>
    </w:p>
    <w:p w14:paraId="10EA2894" w14:textId="77777777" w:rsidR="00D41E96" w:rsidRDefault="00000000">
      <w:pPr>
        <w:jc w:val="center"/>
      </w:pPr>
      <w:r>
        <w:rPr>
          <w:b/>
          <w:sz w:val="24"/>
        </w:rPr>
        <w:t>Stowarzyszenia APM SHOOTING RANGE</w:t>
      </w:r>
    </w:p>
    <w:p w14:paraId="022366B3" w14:textId="77777777" w:rsidR="00D41E96" w:rsidRDefault="00000000">
      <w:pPr>
        <w:spacing w:before="160" w:after="80"/>
      </w:pPr>
      <w:r>
        <w:rPr>
          <w:b/>
          <w:color w:val="1E1E1E"/>
          <w:sz w:val="24"/>
        </w:rPr>
        <w:t>I. DANE WNIOSKODAWCY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56"/>
        <w:gridCol w:w="5416"/>
      </w:tblGrid>
      <w:tr w:rsidR="00D41E96" w14:paraId="410E29EC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278598" w14:textId="77777777" w:rsidR="00D41E96" w:rsidRDefault="00000000">
            <w:r>
              <w:t>Imię i nazwisko: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3CE446" w14:textId="77777777" w:rsidR="00D41E96" w:rsidRDefault="00000000">
            <w:r>
              <w:t xml:space="preserve">   ______________________________________________________</w:t>
            </w:r>
          </w:p>
        </w:tc>
      </w:tr>
      <w:tr w:rsidR="00D41E96" w14:paraId="57C3584C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6B0A11" w14:textId="77777777" w:rsidR="00D41E96" w:rsidRDefault="00000000">
            <w:r>
              <w:t>Data urodzenia: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6E0505" w14:textId="77777777" w:rsidR="00D41E96" w:rsidRDefault="00000000">
            <w:r>
              <w:t xml:space="preserve">   ______________________________________________________</w:t>
            </w:r>
          </w:p>
        </w:tc>
      </w:tr>
      <w:tr w:rsidR="00D41E96" w14:paraId="58C0CF34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1F4062" w14:textId="77777777" w:rsidR="00D41E96" w:rsidRDefault="00000000">
            <w:r>
              <w:t>Miejsce urodzenia: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F5FB91" w14:textId="77777777" w:rsidR="00D41E96" w:rsidRDefault="00000000">
            <w:r>
              <w:t xml:space="preserve">   ______________________________________________________</w:t>
            </w:r>
          </w:p>
        </w:tc>
      </w:tr>
      <w:tr w:rsidR="00D41E96" w14:paraId="02FD0CE4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D9DC72" w14:textId="77777777" w:rsidR="00D41E96" w:rsidRDefault="00000000">
            <w:r>
              <w:t>Adres zamieszkania: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EB0A74" w14:textId="77777777" w:rsidR="00D41E96" w:rsidRDefault="00000000">
            <w:r>
              <w:t xml:space="preserve">   ______________________________________________________</w:t>
            </w:r>
          </w:p>
        </w:tc>
      </w:tr>
      <w:tr w:rsidR="00D41E96" w14:paraId="2B4D4954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E426F9" w14:textId="77777777" w:rsidR="00D41E96" w:rsidRDefault="00000000">
            <w:r>
              <w:t>Kod pocztowy i miejscowość: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B7F561" w14:textId="77777777" w:rsidR="00D41E96" w:rsidRDefault="00000000">
            <w:r>
              <w:t xml:space="preserve">   ______________________________________________________</w:t>
            </w:r>
          </w:p>
        </w:tc>
      </w:tr>
      <w:tr w:rsidR="00D41E96" w14:paraId="77EFF79A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02F31B" w14:textId="77777777" w:rsidR="00D41E96" w:rsidRDefault="00000000">
            <w:r>
              <w:t>PESEL: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35399C" w14:textId="77777777" w:rsidR="00D41E96" w:rsidRDefault="00000000">
            <w:r>
              <w:t xml:space="preserve">   ______________________________________________________</w:t>
            </w:r>
          </w:p>
        </w:tc>
      </w:tr>
      <w:tr w:rsidR="00D41E96" w14:paraId="122BD6CD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FAB84B" w14:textId="77777777" w:rsidR="00D41E96" w:rsidRDefault="00000000">
            <w:r>
              <w:t>Telefon: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7CFE12" w14:textId="77777777" w:rsidR="00D41E96" w:rsidRDefault="00000000">
            <w:r>
              <w:t xml:space="preserve">   ______________________________________________________</w:t>
            </w:r>
          </w:p>
        </w:tc>
      </w:tr>
      <w:tr w:rsidR="00D41E96" w14:paraId="7E7A6F3C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DC3D6E" w14:textId="77777777" w:rsidR="00D41E96" w:rsidRDefault="00000000">
            <w:r>
              <w:t>Adres e-mail: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2D7F53" w14:textId="77777777" w:rsidR="00D41E96" w:rsidRDefault="00000000">
            <w:r>
              <w:t xml:space="preserve">   ______________________________________________________</w:t>
            </w:r>
          </w:p>
        </w:tc>
      </w:tr>
    </w:tbl>
    <w:p w14:paraId="3A0A5A11" w14:textId="77777777" w:rsidR="00D41E96" w:rsidRDefault="00000000">
      <w:pPr>
        <w:spacing w:before="160" w:after="80"/>
      </w:pPr>
      <w:r>
        <w:rPr>
          <w:b/>
          <w:color w:val="1E1E1E"/>
          <w:sz w:val="24"/>
        </w:rPr>
        <w:t>II. WNIOSEK</w:t>
      </w:r>
    </w:p>
    <w:p w14:paraId="3A2E0F06" w14:textId="4CE017B1" w:rsidR="00D41E96" w:rsidRDefault="00000000">
      <w:pPr>
        <w:spacing w:after="100"/>
      </w:pPr>
      <w:r>
        <w:t xml:space="preserve">Zwracam się z wnioskiem o przyjęcie mnie w poczet członków Stowarzyszenia APM SHOOTING RANGE z siedzibą w Mchowie 62, 06-300 </w:t>
      </w:r>
      <w:r w:rsidR="00DD7C6F">
        <w:t>Przasnysz</w:t>
      </w:r>
      <w:r>
        <w:t>, KRS 0001205438.</w:t>
      </w:r>
    </w:p>
    <w:p w14:paraId="140332A6" w14:textId="77777777" w:rsidR="00D41E96" w:rsidRDefault="00000000">
      <w:pPr>
        <w:spacing w:after="100"/>
      </w:pPr>
      <w:r>
        <w:t>Oświadczam, że zapoznałem(-am) się ze Statutem Stowarzyszenia APM SHOOTING RANGE, akceptuję jego postanowienia oraz zobowiązuję się do przestrzegania statutu, uchwał władz Stowarzyszenia i obowiązujących przepisów prawa.</w:t>
      </w:r>
    </w:p>
    <w:p w14:paraId="59BAB922" w14:textId="77777777" w:rsidR="00D41E96" w:rsidRDefault="00000000">
      <w:pPr>
        <w:spacing w:after="100"/>
      </w:pPr>
      <w:r>
        <w:t>Zobowiązuję się do terminowego regulowania składek członkowskich oraz innych należności wynikających ze statutu i uchwał właściwych władz Stowarzyszenia.</w:t>
      </w:r>
    </w:p>
    <w:p w14:paraId="6B5D3B58" w14:textId="77777777" w:rsidR="00D41E96" w:rsidRDefault="00000000">
      <w:pPr>
        <w:spacing w:before="160" w:after="80"/>
      </w:pPr>
      <w:r>
        <w:rPr>
          <w:b/>
          <w:color w:val="1E1E1E"/>
          <w:sz w:val="24"/>
        </w:rPr>
        <w:t>III. PODSTAWA PRAWNA CZŁONKOSTWA</w:t>
      </w:r>
    </w:p>
    <w:p w14:paraId="72BA91AE" w14:textId="77777777" w:rsidR="00D41E96" w:rsidRDefault="00000000">
      <w:pPr>
        <w:spacing w:after="80"/>
      </w:pPr>
      <w:r>
        <w:rPr>
          <w:b/>
        </w:rPr>
        <w:lastRenderedPageBreak/>
        <w:t>Podstawę prawną stanowią w szczególności:</w:t>
      </w:r>
    </w:p>
    <w:p w14:paraId="7A73C402" w14:textId="77777777" w:rsidR="00D41E96" w:rsidRDefault="00000000">
      <w:pPr>
        <w:spacing w:after="40"/>
        <w:ind w:left="283" w:hanging="170"/>
      </w:pPr>
      <w:r>
        <w:rPr>
          <w:b/>
        </w:rPr>
        <w:t xml:space="preserve">• </w:t>
      </w:r>
      <w:r>
        <w:t>art. 2 ust. 1 ustawy z dnia 7 kwietnia 1989 r. – Prawo o stowarzyszeniach, zgodnie z którym stowarzyszenie jest dobrowolnym, samorządnym, trwałym zrzeszeniem o celach niezarobkowych;</w:t>
      </w:r>
    </w:p>
    <w:p w14:paraId="46336E0C" w14:textId="77777777" w:rsidR="00D41E96" w:rsidRDefault="00000000">
      <w:pPr>
        <w:spacing w:after="40"/>
        <w:ind w:left="283" w:hanging="170"/>
      </w:pPr>
      <w:r>
        <w:rPr>
          <w:b/>
        </w:rPr>
        <w:t xml:space="preserve">• </w:t>
      </w:r>
      <w:r>
        <w:t>art. 6 ust. 2 tej ustawy, zgodnie z którym nikogo nie wolno zmuszać do udziału w stowarzyszeniu ani ograniczać jego prawa do wystąpienia ze stowarzyszenia;</w:t>
      </w:r>
    </w:p>
    <w:p w14:paraId="465C47F3" w14:textId="77777777" w:rsidR="00DD7C6F" w:rsidRDefault="00000000">
      <w:pPr>
        <w:spacing w:after="40"/>
        <w:ind w:left="283" w:hanging="170"/>
      </w:pPr>
      <w:r>
        <w:rPr>
          <w:b/>
        </w:rPr>
        <w:t xml:space="preserve">• </w:t>
      </w:r>
      <w:r>
        <w:t>art. 10 ust. 1 pkt 4 ustawy – Prawo o stowarzyszeniach, zgodnie z którym statut określa sposób nabywania</w:t>
      </w:r>
    </w:p>
    <w:p w14:paraId="3E119CCC" w14:textId="4BF9B9DE" w:rsidR="00D41E96" w:rsidRDefault="00000000">
      <w:pPr>
        <w:spacing w:after="40"/>
        <w:ind w:left="283" w:hanging="170"/>
      </w:pPr>
      <w:r>
        <w:t xml:space="preserve"> i utraty członkostwa, przyczyny utraty członkostwa oraz prawa i obowiązki członków;</w:t>
      </w:r>
    </w:p>
    <w:p w14:paraId="44B9212A" w14:textId="77777777" w:rsidR="00D41E96" w:rsidRDefault="00000000">
      <w:pPr>
        <w:spacing w:after="40"/>
        <w:ind w:left="283" w:hanging="170"/>
      </w:pPr>
      <w:r>
        <w:rPr>
          <w:b/>
        </w:rPr>
        <w:t xml:space="preserve">• </w:t>
      </w:r>
      <w:r>
        <w:t>postanowienia Statutu Stowarzyszenia APM SHOOTING RANGE dotyczące przyjmowania członków, ich praw i obowiązków oraz składek członkowskich.</w:t>
      </w:r>
    </w:p>
    <w:p w14:paraId="0D3A270C" w14:textId="77777777" w:rsidR="00D41E96" w:rsidRDefault="00000000">
      <w:pPr>
        <w:spacing w:before="160" w:after="80"/>
      </w:pPr>
      <w:r>
        <w:rPr>
          <w:b/>
          <w:color w:val="1E1E1E"/>
          <w:sz w:val="24"/>
        </w:rPr>
        <w:t>IV. INFORMACJE DOTYCZĄCE SKŁADKI CZŁONKOWSKIEJ</w:t>
      </w:r>
    </w:p>
    <w:p w14:paraId="0AF8A239" w14:textId="5BD81ED0" w:rsidR="00D41E96" w:rsidRDefault="00000000">
      <w:r>
        <w:rPr>
          <w:b/>
        </w:rPr>
        <w:t xml:space="preserve">Numer rachunku bankowego Stowarzyszenia: </w:t>
      </w:r>
      <w:r w:rsidR="00DD7C6F">
        <w:t>…………………………………………………………………………………….</w:t>
      </w:r>
    </w:p>
    <w:p w14:paraId="7F741448" w14:textId="0D22FFC9" w:rsidR="00D41E96" w:rsidRDefault="00000000">
      <w:pPr>
        <w:spacing w:after="80"/>
      </w:pPr>
      <w:r>
        <w:rPr>
          <w:b/>
        </w:rPr>
        <w:t xml:space="preserve">Tytuł przelewu: </w:t>
      </w:r>
      <w:r>
        <w:t>Składka członkowska – imię i nazwisko członka</w:t>
      </w:r>
      <w:r w:rsidR="00DD7C6F">
        <w:t>.</w:t>
      </w:r>
    </w:p>
    <w:p w14:paraId="2D99BA9D" w14:textId="77777777" w:rsidR="00D41E96" w:rsidRDefault="00000000">
      <w:pPr>
        <w:spacing w:before="160" w:after="80"/>
      </w:pPr>
      <w:r>
        <w:rPr>
          <w:b/>
          <w:color w:val="1E1E1E"/>
          <w:sz w:val="24"/>
        </w:rPr>
        <w:t>V. OŚWIADCZENIA WNIOSKODAWCY</w:t>
      </w:r>
    </w:p>
    <w:p w14:paraId="7D98E1B6" w14:textId="77777777" w:rsidR="00D41E96" w:rsidRDefault="00000000">
      <w:pPr>
        <w:spacing w:after="60"/>
      </w:pPr>
      <w:r>
        <w:t>☐ Oświadczam, że podane przeze mnie dane są prawdziwe i aktualne.</w:t>
      </w:r>
    </w:p>
    <w:p w14:paraId="6D180AA9" w14:textId="77777777" w:rsidR="00D41E96" w:rsidRDefault="00000000">
      <w:pPr>
        <w:spacing w:after="60"/>
      </w:pPr>
      <w:r>
        <w:t>☐ Zobowiązuję się do przestrzegania Statutu Stowarzyszenia oraz uchwał jego władz.</w:t>
      </w:r>
    </w:p>
    <w:p w14:paraId="4E5DE5DD" w14:textId="77777777" w:rsidR="00D41E96" w:rsidRDefault="00000000">
      <w:pPr>
        <w:spacing w:after="60"/>
      </w:pPr>
      <w:r>
        <w:t>☐ Przyjmuję do wiadomości zasady nabywania i utraty członkostwa określone w Statucie.</w:t>
      </w:r>
    </w:p>
    <w:p w14:paraId="03481B7E" w14:textId="77777777" w:rsidR="00D41E96" w:rsidRDefault="00000000">
      <w:pPr>
        <w:spacing w:after="60"/>
      </w:pPr>
      <w:r>
        <w:t>☐ Przyjmuję do wiadomości obowiązek uiszczania składek członkowskich w wysokości i terminach określonych przez właściwe władze Stowarzyszenia.</w:t>
      </w:r>
    </w:p>
    <w:p w14:paraId="005359D7" w14:textId="77777777" w:rsidR="00D41E96" w:rsidRDefault="00000000">
      <w:pPr>
        <w:spacing w:before="160" w:after="80"/>
      </w:pPr>
      <w:r>
        <w:rPr>
          <w:b/>
          <w:color w:val="1E1E1E"/>
          <w:sz w:val="24"/>
        </w:rPr>
        <w:t>VI. INFORMACJA O PRZETWARZANIU DANYCH OSOBOWYCH</w:t>
      </w:r>
    </w:p>
    <w:p w14:paraId="18AA2EE7" w14:textId="77777777" w:rsidR="00D41E96" w:rsidRDefault="00000000">
      <w:pPr>
        <w:spacing w:after="80"/>
      </w:pPr>
      <w:r>
        <w:t>Dane osobowe podane w niniejszym wniosku będą przetwarzane przez APM SHOOTING RANGE w celu rozpatrzenia wniosku o członkostwo, prowadzenia ewidencji członków, realizacji praw i obowiązków członkowskich oraz obsługi składek członkowskich – zgodnie z obowiązującymi przepisami o ochronie danych osobowych, w szczególności z rozporządzeniem Parlamentu Europejskiego i Rady (UE) 2016/679 (RODO).</w:t>
      </w:r>
    </w:p>
    <w:p w14:paraId="53D61B51" w14:textId="77777777" w:rsidR="00D41E96" w:rsidRDefault="00000000">
      <w:pPr>
        <w:spacing w:after="80"/>
      </w:pPr>
      <w:r>
        <w:t>Szczegółowe informacje dotyczące administratora danych, podstawy prawnej, okresu przechowywania oraz praw osoby, której dane dotyczą, powinny zostać przekazane w obowiązku informacyjnym Stowarzyszenia.</w:t>
      </w:r>
    </w:p>
    <w:p w14:paraId="3DB3EE01" w14:textId="77777777" w:rsidR="00DD7C6F" w:rsidRDefault="00DD7C6F">
      <w:pPr>
        <w:spacing w:after="80"/>
      </w:pPr>
    </w:p>
    <w:p w14:paraId="39D1C328" w14:textId="77777777" w:rsidR="00DD7C6F" w:rsidRDefault="00DD7C6F">
      <w:pPr>
        <w:spacing w:after="80"/>
      </w:pPr>
    </w:p>
    <w:p w14:paraId="7A0EDF50" w14:textId="77777777" w:rsidR="00DD7C6F" w:rsidRDefault="00DD7C6F">
      <w:pPr>
        <w:spacing w:after="80"/>
      </w:pPr>
    </w:p>
    <w:p w14:paraId="57E2E657" w14:textId="77777777" w:rsidR="00D41E96" w:rsidRDefault="00000000">
      <w:pPr>
        <w:spacing w:before="160" w:after="80"/>
      </w:pPr>
      <w:r>
        <w:rPr>
          <w:b/>
          <w:color w:val="1E1E1E"/>
          <w:sz w:val="24"/>
        </w:rPr>
        <w:t>VII. PODPIS WNIOSKODAWCY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D41E96" w14:paraId="44F95F7E" w14:textId="77777777">
        <w:trPr>
          <w:jc w:val="center"/>
        </w:trPr>
        <w:tc>
          <w:tcPr>
            <w:tcW w:w="49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AB715F" w14:textId="77777777" w:rsidR="00D41E96" w:rsidRDefault="00000000">
            <w:r>
              <w:t>Miejscowość i data:</w:t>
            </w:r>
          </w:p>
        </w:tc>
        <w:tc>
          <w:tcPr>
            <w:tcW w:w="49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291437" w14:textId="77777777" w:rsidR="00D41E96" w:rsidRDefault="00000000">
            <w:r>
              <w:t>Podpis wnioskodawcy:</w:t>
            </w:r>
          </w:p>
        </w:tc>
      </w:tr>
      <w:tr w:rsidR="00D41E96" w14:paraId="267970A4" w14:textId="77777777">
        <w:trPr>
          <w:jc w:val="center"/>
        </w:trPr>
        <w:tc>
          <w:tcPr>
            <w:tcW w:w="49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D132A0" w14:textId="77777777" w:rsidR="00D41E96" w:rsidRDefault="00000000">
            <w:r>
              <w:br/>
            </w:r>
            <w:r>
              <w:br/>
              <w:t>____________________________</w:t>
            </w:r>
          </w:p>
        </w:tc>
        <w:tc>
          <w:tcPr>
            <w:tcW w:w="49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8FF366" w14:textId="77777777" w:rsidR="00D41E96" w:rsidRDefault="00000000">
            <w:r>
              <w:br/>
            </w:r>
            <w:r>
              <w:br/>
              <w:t>____________________________</w:t>
            </w:r>
          </w:p>
        </w:tc>
      </w:tr>
    </w:tbl>
    <w:p w14:paraId="1BE2FC3A" w14:textId="77777777" w:rsidR="00D41E96" w:rsidRDefault="00000000">
      <w:pPr>
        <w:spacing w:before="160" w:after="80"/>
      </w:pPr>
      <w:r>
        <w:rPr>
          <w:b/>
          <w:color w:val="1E1E1E"/>
          <w:sz w:val="24"/>
        </w:rPr>
        <w:t>VIII. WYPEŁNIA STOWARZYSZENIE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56"/>
        <w:gridCol w:w="5416"/>
      </w:tblGrid>
      <w:tr w:rsidR="00D41E96" w14:paraId="5EBA9D03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F2FCD5" w14:textId="77777777" w:rsidR="00D41E96" w:rsidRDefault="00000000">
            <w:r>
              <w:lastRenderedPageBreak/>
              <w:t>Data wpływu wniosku: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DA6753" w14:textId="77777777" w:rsidR="00D41E96" w:rsidRDefault="00000000">
            <w:r>
              <w:t xml:space="preserve">   ______________________________________________________</w:t>
            </w:r>
          </w:p>
        </w:tc>
      </w:tr>
      <w:tr w:rsidR="00D41E96" w14:paraId="032EF3AE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266F55" w14:textId="77777777" w:rsidR="00D41E96" w:rsidRDefault="00000000">
            <w:r>
              <w:t>Decyzja w sprawie przyjęcia: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9D14B" w14:textId="77777777" w:rsidR="00D41E96" w:rsidRDefault="00000000">
            <w:r>
              <w:t xml:space="preserve">   ______________________________________________________</w:t>
            </w:r>
          </w:p>
        </w:tc>
      </w:tr>
      <w:tr w:rsidR="00D41E96" w14:paraId="3522FAA1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470DFD" w14:textId="77777777" w:rsidR="00D41E96" w:rsidRDefault="00000000">
            <w:r>
              <w:t>Data uchwały / decyzji: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F06A18" w14:textId="77777777" w:rsidR="00D41E96" w:rsidRDefault="00000000">
            <w:r>
              <w:t xml:space="preserve">   ______________________________________________________</w:t>
            </w:r>
          </w:p>
        </w:tc>
      </w:tr>
      <w:tr w:rsidR="00D41E96" w14:paraId="7FEE1AD0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F5B926" w14:textId="77777777" w:rsidR="00D41E96" w:rsidRDefault="00000000">
            <w:r>
              <w:t>Nr uchwały / decyzji: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CCA54D" w14:textId="77777777" w:rsidR="00D41E96" w:rsidRDefault="00000000">
            <w:r>
              <w:t xml:space="preserve">   ______________________________________________________</w:t>
            </w:r>
          </w:p>
        </w:tc>
      </w:tr>
      <w:tr w:rsidR="00D41E96" w14:paraId="3A423EF7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87A555" w14:textId="77777777" w:rsidR="00D41E96" w:rsidRDefault="00000000">
            <w:r>
              <w:t>Numer członkowski: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DEA3E5" w14:textId="77777777" w:rsidR="00D41E96" w:rsidRDefault="00000000">
            <w:r>
              <w:t xml:space="preserve">   ______________________________________________________</w:t>
            </w:r>
          </w:p>
        </w:tc>
      </w:tr>
    </w:tbl>
    <w:p w14:paraId="1A765B1B" w14:textId="77777777" w:rsidR="00D41E96" w:rsidRDefault="00000000">
      <w:pPr>
        <w:spacing w:before="140"/>
        <w:jc w:val="center"/>
      </w:pPr>
      <w:r>
        <w:rPr>
          <w:b/>
        </w:rPr>
        <w:t>Podpis osoby upoważnionej / członka Zarządu</w:t>
      </w:r>
    </w:p>
    <w:p w14:paraId="4991D853" w14:textId="77777777" w:rsidR="00D41E96" w:rsidRDefault="00000000">
      <w:pPr>
        <w:jc w:val="center"/>
      </w:pPr>
      <w:r>
        <w:br/>
        <w:t>____________________________________________</w:t>
      </w:r>
    </w:p>
    <w:p w14:paraId="7B24C6DC" w14:textId="2EE9FD75" w:rsidR="00D41E96" w:rsidRDefault="00000000">
      <w:pPr>
        <w:spacing w:before="160" w:after="0"/>
      </w:pPr>
      <w:r>
        <w:rPr>
          <w:color w:val="6E6E6E"/>
          <w:sz w:val="15"/>
        </w:rPr>
        <w:t xml:space="preserve">Dane rejestrowe użyte w formularzu: APM SHOOTING RANGE, KRS 0001205438, NIP 7611574509, REGON 543251434, siedziba: Mchowo 62, 06-300 </w:t>
      </w:r>
      <w:r w:rsidR="00DD7C6F">
        <w:rPr>
          <w:color w:val="6E6E6E"/>
          <w:sz w:val="15"/>
        </w:rPr>
        <w:t>Przasnysz</w:t>
      </w:r>
      <w:r>
        <w:rPr>
          <w:color w:val="6E6E6E"/>
          <w:sz w:val="15"/>
        </w:rPr>
        <w:t>.</w:t>
      </w:r>
    </w:p>
    <w:sectPr w:rsidR="00D41E96" w:rsidSect="00034616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DEBB0" w14:textId="77777777" w:rsidR="00EC4B20" w:rsidRDefault="00EC4B20">
      <w:pPr>
        <w:spacing w:after="0" w:line="240" w:lineRule="auto"/>
      </w:pPr>
      <w:r>
        <w:separator/>
      </w:r>
    </w:p>
  </w:endnote>
  <w:endnote w:type="continuationSeparator" w:id="0">
    <w:p w14:paraId="55BD0BBA" w14:textId="77777777" w:rsidR="00EC4B20" w:rsidRDefault="00EC4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CBCFD" w14:textId="49165E7B" w:rsidR="00D41E96" w:rsidRDefault="00000000">
    <w:pPr>
      <w:pStyle w:val="Stopka"/>
      <w:jc w:val="center"/>
    </w:pPr>
    <w:r>
      <w:rPr>
        <w:color w:val="646464"/>
        <w:sz w:val="16"/>
      </w:rPr>
      <w:t>APM SHOOTING RANGE • Mchowo 62, 06-300 Mchowo • KRS 0001205438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4B6E9" w14:textId="77777777" w:rsidR="00EC4B20" w:rsidRDefault="00EC4B20">
      <w:pPr>
        <w:spacing w:after="0" w:line="240" w:lineRule="auto"/>
      </w:pPr>
      <w:r>
        <w:separator/>
      </w:r>
    </w:p>
  </w:footnote>
  <w:footnote w:type="continuationSeparator" w:id="0">
    <w:p w14:paraId="2339542D" w14:textId="77777777" w:rsidR="00EC4B20" w:rsidRDefault="00EC4B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BDC5C" w14:textId="57504769" w:rsidR="00F85E94" w:rsidRDefault="00F85E94">
    <w:pPr>
      <w:pStyle w:val="Nagwek"/>
    </w:pPr>
    <w:r>
      <w:rPr>
        <w:noProof/>
      </w:rPr>
      <w:pict w14:anchorId="3DD068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7809735" o:spid="_x0000_s1032" type="#_x0000_t75" style="position:absolute;margin-left:0;margin-top:0;width:498.5pt;height:498.5pt;z-index:-251657216;mso-position-horizontal:center;mso-position-horizontal-relative:margin;mso-position-vertical:center;mso-position-vertical-relative:margin" o:allowincell="f">
          <v:imagedata r:id="rId1" o:title="Obraz1 APM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17537" w14:textId="7211EDA0" w:rsidR="00D41E96" w:rsidRDefault="00F85E94">
    <w:pPr>
      <w:pStyle w:val="Nagwek"/>
      <w:jc w:val="center"/>
    </w:pPr>
    <w:r>
      <w:rPr>
        <w:noProof/>
      </w:rPr>
      <w:pict w14:anchorId="7FD685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7809736" o:spid="_x0000_s1033" type="#_x0000_t75" style="position:absolute;left:0;text-align:left;margin-left:0;margin-top:0;width:498.5pt;height:498.5pt;z-index:-251656192;mso-position-horizontal:center;mso-position-horizontal-relative:margin;mso-position-vertical:center;mso-position-vertical-relative:margin" o:allowincell="f">
          <v:imagedata r:id="rId1" o:title="Obraz1 APM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95315" w14:textId="17E8ECFE" w:rsidR="00F85E94" w:rsidRDefault="00F85E94">
    <w:pPr>
      <w:pStyle w:val="Nagwek"/>
    </w:pPr>
    <w:r>
      <w:rPr>
        <w:noProof/>
      </w:rPr>
      <w:pict w14:anchorId="5DD88A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7809734" o:spid="_x0000_s1031" type="#_x0000_t75" style="position:absolute;margin-left:0;margin-top:0;width:498.5pt;height:498.5pt;z-index:-251658240;mso-position-horizontal:center;mso-position-horizontal-relative:margin;mso-position-vertical:center;mso-position-vertical-relative:margin" o:allowincell="f">
          <v:imagedata r:id="rId1" o:title="Obraz1 APM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3854019">
    <w:abstractNumId w:val="8"/>
  </w:num>
  <w:num w:numId="2" w16cid:durableId="2118481712">
    <w:abstractNumId w:val="6"/>
  </w:num>
  <w:num w:numId="3" w16cid:durableId="1602377056">
    <w:abstractNumId w:val="5"/>
  </w:num>
  <w:num w:numId="4" w16cid:durableId="433549491">
    <w:abstractNumId w:val="4"/>
  </w:num>
  <w:num w:numId="5" w16cid:durableId="491600428">
    <w:abstractNumId w:val="7"/>
  </w:num>
  <w:num w:numId="6" w16cid:durableId="1952590879">
    <w:abstractNumId w:val="3"/>
  </w:num>
  <w:num w:numId="7" w16cid:durableId="1466465732">
    <w:abstractNumId w:val="2"/>
  </w:num>
  <w:num w:numId="8" w16cid:durableId="1668048245">
    <w:abstractNumId w:val="1"/>
  </w:num>
  <w:num w:numId="9" w16cid:durableId="705639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4484"/>
    <w:rsid w:val="0029639D"/>
    <w:rsid w:val="00326F90"/>
    <w:rsid w:val="006A7469"/>
    <w:rsid w:val="007D075F"/>
    <w:rsid w:val="00AA1D8D"/>
    <w:rsid w:val="00B11D12"/>
    <w:rsid w:val="00B47730"/>
    <w:rsid w:val="00C6481A"/>
    <w:rsid w:val="00CB0664"/>
    <w:rsid w:val="00D41E96"/>
    <w:rsid w:val="00DD7C6F"/>
    <w:rsid w:val="00EC4B20"/>
    <w:rsid w:val="00F359C3"/>
    <w:rsid w:val="00F85E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DBB3DA"/>
  <w14:defaultImageDpi w14:val="300"/>
  <w15:docId w15:val="{0BFB8828-4D65-4A5D-AE5D-7D96E3841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589</Words>
  <Characters>3538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p.sawicki554422@outlook.com</cp:lastModifiedBy>
  <cp:revision>2</cp:revision>
  <dcterms:created xsi:type="dcterms:W3CDTF">2026-09-08T16:35:00Z</dcterms:created>
  <dcterms:modified xsi:type="dcterms:W3CDTF">2026-09-08T16:35:00Z</dcterms:modified>
  <cp:category/>
</cp:coreProperties>
</file>